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B6324" w14:textId="77777777" w:rsidR="0000490D" w:rsidRPr="0000490D" w:rsidRDefault="0000490D">
      <w:pPr>
        <w:spacing w:after="140"/>
        <w:jc w:val="center"/>
        <w:rPr>
          <w:b/>
          <w:sz w:val="14"/>
          <w:szCs w:val="6"/>
          <w:lang w:eastAsia="ko-KR"/>
        </w:rPr>
      </w:pPr>
    </w:p>
    <w:p w14:paraId="0ACD4A7A" w14:textId="4EE3FA09" w:rsidR="009175B2" w:rsidRPr="00804F79" w:rsidRDefault="00DD6F15">
      <w:pPr>
        <w:spacing w:after="140"/>
        <w:jc w:val="center"/>
        <w:rPr>
          <w:sz w:val="18"/>
          <w:szCs w:val="20"/>
          <w:lang w:eastAsia="ko-KR"/>
        </w:rPr>
      </w:pPr>
      <w:r w:rsidRPr="00804F79">
        <w:rPr>
          <w:b/>
          <w:sz w:val="32"/>
          <w:szCs w:val="20"/>
          <w:lang w:eastAsia="ko-KR"/>
        </w:rPr>
        <w:t>공학계열 학위</w:t>
      </w:r>
      <w:r w:rsidR="00D620A1">
        <w:rPr>
          <w:rFonts w:hint="eastAsia"/>
          <w:b/>
          <w:sz w:val="32"/>
          <w:szCs w:val="20"/>
          <w:lang w:eastAsia="ko-KR"/>
        </w:rPr>
        <w:t xml:space="preserve"> 취득</w:t>
      </w:r>
      <w:r w:rsidRPr="00804F79">
        <w:rPr>
          <w:b/>
          <w:sz w:val="32"/>
          <w:szCs w:val="20"/>
          <w:lang w:eastAsia="ko-KR"/>
        </w:rPr>
        <w:t xml:space="preserve"> 신청서</w:t>
      </w:r>
    </w:p>
    <w:p w14:paraId="00AEE24C" w14:textId="77777777" w:rsidR="009175B2" w:rsidRDefault="00DD6F15">
      <w:pPr>
        <w:spacing w:before="100" w:after="60"/>
      </w:pPr>
      <w:r w:rsidRPr="00804F79">
        <w:rPr>
          <w:b/>
          <w:sz w:val="18"/>
          <w:szCs w:val="18"/>
        </w:rPr>
        <w:t>■</w:t>
      </w:r>
      <w:r>
        <w:rPr>
          <w:b/>
          <w:sz w:val="21"/>
        </w:rPr>
        <w:t xml:space="preserve"> 신청자 인적사항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62"/>
        <w:gridCol w:w="3304"/>
        <w:gridCol w:w="1462"/>
        <w:gridCol w:w="3304"/>
      </w:tblGrid>
      <w:tr w:rsidR="009175B2" w14:paraId="56D61285" w14:textId="77777777" w:rsidTr="00DD6F15">
        <w:trPr>
          <w:cantSplit/>
          <w:trHeight w:val="273"/>
          <w:jc w:val="center"/>
        </w:trPr>
        <w:tc>
          <w:tcPr>
            <w:tcW w:w="1462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2C2505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성명</w:t>
            </w:r>
          </w:p>
        </w:tc>
        <w:tc>
          <w:tcPr>
            <w:tcW w:w="330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951F7D" w14:textId="77777777" w:rsidR="009175B2" w:rsidRDefault="009175B2"/>
        </w:tc>
        <w:tc>
          <w:tcPr>
            <w:tcW w:w="1462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E5C838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학번</w:t>
            </w:r>
          </w:p>
        </w:tc>
        <w:tc>
          <w:tcPr>
            <w:tcW w:w="330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3EBC99" w14:textId="77777777" w:rsidR="009175B2" w:rsidRDefault="009175B2"/>
        </w:tc>
      </w:tr>
      <w:tr w:rsidR="009175B2" w14:paraId="20B566E0" w14:textId="77777777" w:rsidTr="00DD6F15">
        <w:trPr>
          <w:cantSplit/>
          <w:trHeight w:val="273"/>
          <w:jc w:val="center"/>
        </w:trPr>
        <w:tc>
          <w:tcPr>
            <w:tcW w:w="1462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916975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과정</w:t>
            </w:r>
          </w:p>
        </w:tc>
        <w:tc>
          <w:tcPr>
            <w:tcW w:w="330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791FB" w14:textId="77777777" w:rsidR="009175B2" w:rsidRDefault="00DD6F15">
            <w:r>
              <w:rPr>
                <w:sz w:val="18"/>
              </w:rPr>
              <w:t>□ 석사     □ 박사</w:t>
            </w:r>
          </w:p>
        </w:tc>
        <w:tc>
          <w:tcPr>
            <w:tcW w:w="1462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F83A5A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졸업예정일</w:t>
            </w:r>
          </w:p>
        </w:tc>
        <w:tc>
          <w:tcPr>
            <w:tcW w:w="330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E36564" w14:textId="5E292669" w:rsidR="009175B2" w:rsidRDefault="008D31FE">
            <w:pPr>
              <w:rPr>
                <w:lang w:eastAsia="ko-KR"/>
              </w:rPr>
            </w:pPr>
            <w:r>
              <w:rPr>
                <w:sz w:val="18"/>
              </w:rPr>
              <w:t>2027</w:t>
            </w:r>
            <w:r>
              <w:rPr>
                <w:rFonts w:hint="eastAsia"/>
                <w:sz w:val="18"/>
                <w:lang w:eastAsia="ko-KR"/>
              </w:rPr>
              <w:t xml:space="preserve">년 </w:t>
            </w:r>
            <w:r>
              <w:rPr>
                <w:sz w:val="18"/>
                <w:lang w:eastAsia="ko-KR"/>
              </w:rPr>
              <w:t>2</w:t>
            </w:r>
            <w:r>
              <w:rPr>
                <w:rFonts w:hint="eastAsia"/>
                <w:sz w:val="18"/>
                <w:lang w:eastAsia="ko-KR"/>
              </w:rPr>
              <w:t>월</w:t>
            </w:r>
          </w:p>
        </w:tc>
      </w:tr>
      <w:tr w:rsidR="009175B2" w14:paraId="5ABD0723" w14:textId="77777777" w:rsidTr="00DD6F15">
        <w:trPr>
          <w:cantSplit/>
          <w:trHeight w:val="273"/>
          <w:jc w:val="center"/>
        </w:trPr>
        <w:tc>
          <w:tcPr>
            <w:tcW w:w="1462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386608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연락처</w:t>
            </w:r>
          </w:p>
        </w:tc>
        <w:tc>
          <w:tcPr>
            <w:tcW w:w="330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AF25C3" w14:textId="77777777" w:rsidR="009175B2" w:rsidRDefault="009175B2"/>
        </w:tc>
        <w:tc>
          <w:tcPr>
            <w:tcW w:w="1462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48700D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이메일</w:t>
            </w:r>
          </w:p>
        </w:tc>
        <w:tc>
          <w:tcPr>
            <w:tcW w:w="330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FF5DC4" w14:textId="77777777" w:rsidR="009175B2" w:rsidRDefault="009175B2"/>
        </w:tc>
      </w:tr>
    </w:tbl>
    <w:p w14:paraId="5F34BD71" w14:textId="77777777" w:rsidR="00804F79" w:rsidRPr="00DD6F15" w:rsidRDefault="00804F79">
      <w:pPr>
        <w:spacing w:before="100" w:after="60"/>
        <w:rPr>
          <w:b/>
          <w:sz w:val="6"/>
          <w:szCs w:val="6"/>
        </w:rPr>
      </w:pPr>
    </w:p>
    <w:p w14:paraId="20C7A8E0" w14:textId="2BC5D2CD" w:rsidR="009175B2" w:rsidRDefault="00DD6F15">
      <w:pPr>
        <w:spacing w:before="100" w:after="60"/>
        <w:rPr>
          <w:lang w:eastAsia="ko-KR"/>
        </w:rPr>
      </w:pPr>
      <w:r w:rsidRPr="00804F79">
        <w:rPr>
          <w:b/>
          <w:sz w:val="18"/>
          <w:szCs w:val="18"/>
          <w:lang w:eastAsia="ko-KR"/>
        </w:rPr>
        <w:t>■</w:t>
      </w:r>
      <w:r>
        <w:rPr>
          <w:b/>
          <w:sz w:val="21"/>
          <w:lang w:eastAsia="ko-KR"/>
        </w:rPr>
        <w:t xml:space="preserve"> 학위 수여 신청</w:t>
      </w:r>
    </w:p>
    <w:p w14:paraId="26A66714" w14:textId="4C1EB274" w:rsidR="009175B2" w:rsidRDefault="00DD6F15">
      <w:pPr>
        <w:spacing w:after="60"/>
        <w:ind w:left="113"/>
        <w:rPr>
          <w:lang w:eastAsia="ko-KR"/>
        </w:rPr>
      </w:pPr>
      <w:r>
        <w:rPr>
          <w:b/>
          <w:lang w:eastAsia="ko-KR"/>
        </w:rPr>
        <w:t xml:space="preserve">1. 신청 학위 </w:t>
      </w:r>
      <w:r w:rsidR="00804F79">
        <w:rPr>
          <w:b/>
          <w:lang w:eastAsia="ko-KR"/>
        </w:rPr>
        <w:t xml:space="preserve"> </w:t>
      </w:r>
      <w:r>
        <w:rPr>
          <w:b/>
          <w:lang w:eastAsia="ko-KR"/>
        </w:rPr>
        <w:t xml:space="preserve"> </w:t>
      </w:r>
      <w:r>
        <w:rPr>
          <w:lang w:eastAsia="ko-KR"/>
        </w:rPr>
        <w:t>□ 공학석사         □ 공학박사</w:t>
      </w:r>
    </w:p>
    <w:p w14:paraId="58CD2B9A" w14:textId="77777777" w:rsidR="009175B2" w:rsidRDefault="00DD6F15">
      <w:pPr>
        <w:spacing w:after="40"/>
        <w:ind w:left="113"/>
        <w:rPr>
          <w:lang w:eastAsia="ko-KR"/>
        </w:rPr>
      </w:pPr>
      <w:r>
        <w:rPr>
          <w:b/>
          <w:lang w:eastAsia="ko-KR"/>
        </w:rPr>
        <w:t>2. 졸업 및 학위 수여요건 확인</w:t>
      </w:r>
    </w:p>
    <w:p w14:paraId="520E9BC5" w14:textId="4C5B56E2" w:rsidR="009175B2" w:rsidRDefault="00DD6F15" w:rsidP="00DD6F15">
      <w:pPr>
        <w:spacing w:after="20"/>
        <w:ind w:leftChars="200" w:left="380"/>
        <w:rPr>
          <w:lang w:eastAsia="ko-KR"/>
        </w:rPr>
      </w:pPr>
      <w:r>
        <w:rPr>
          <w:lang w:eastAsia="ko-KR"/>
        </w:rPr>
        <w:t xml:space="preserve">□ </w:t>
      </w:r>
      <w:r w:rsidRPr="00AB6EB4">
        <w:rPr>
          <w:b/>
          <w:bCs/>
          <w:lang w:eastAsia="ko-KR"/>
        </w:rPr>
        <w:t>공학계열 학위 수여에 필요한</w:t>
      </w:r>
      <w:r>
        <w:rPr>
          <w:lang w:eastAsia="ko-KR"/>
        </w:rPr>
        <w:t xml:space="preserve"> </w:t>
      </w:r>
      <w:r w:rsidRPr="00AB6EB4">
        <w:rPr>
          <w:b/>
          <w:bCs/>
          <w:lang w:eastAsia="ko-KR"/>
        </w:rPr>
        <w:t>필수 교과목</w:t>
      </w:r>
      <w:r>
        <w:rPr>
          <w:lang w:eastAsia="ko-KR"/>
        </w:rPr>
        <w:t>을 충족하였거나 해당 학기 이수 예정</w:t>
      </w:r>
      <w:r w:rsidR="00804F79">
        <w:rPr>
          <w:rFonts w:hint="eastAsia"/>
          <w:lang w:eastAsia="ko-KR"/>
        </w:rPr>
        <w:t>입니다.</w:t>
      </w:r>
    </w:p>
    <w:p w14:paraId="157AB2D4" w14:textId="306C3D42" w:rsidR="009175B2" w:rsidRDefault="00DD6F15" w:rsidP="00DD6F15">
      <w:pPr>
        <w:spacing w:after="20"/>
        <w:ind w:leftChars="200" w:left="380"/>
        <w:rPr>
          <w:lang w:eastAsia="ko-KR"/>
        </w:rPr>
      </w:pPr>
      <w:r>
        <w:rPr>
          <w:lang w:eastAsia="ko-KR"/>
        </w:rPr>
        <w:t xml:space="preserve">□ </w:t>
      </w:r>
      <w:r w:rsidRPr="00AB6EB4">
        <w:rPr>
          <w:b/>
          <w:bCs/>
          <w:lang w:eastAsia="ko-KR"/>
        </w:rPr>
        <w:t>학위논문</w:t>
      </w:r>
      <w:r>
        <w:rPr>
          <w:lang w:eastAsia="ko-KR"/>
        </w:rPr>
        <w:t xml:space="preserve"> 요건을 충족하였거나 해당 학기 내 논문심사를 완료할 예정</w:t>
      </w:r>
      <w:r w:rsidR="00804F79">
        <w:rPr>
          <w:rFonts w:hint="eastAsia"/>
          <w:lang w:eastAsia="ko-KR"/>
        </w:rPr>
        <w:t>입니다.</w:t>
      </w:r>
    </w:p>
    <w:p w14:paraId="1F2B35D3" w14:textId="1B529237" w:rsidR="009175B2" w:rsidRDefault="00DD6F15" w:rsidP="00DD6F15">
      <w:pPr>
        <w:spacing w:after="20"/>
        <w:ind w:leftChars="200" w:left="380"/>
        <w:rPr>
          <w:lang w:eastAsia="ko-KR"/>
        </w:rPr>
      </w:pPr>
      <w:r>
        <w:rPr>
          <w:lang w:eastAsia="ko-KR"/>
        </w:rPr>
        <w:t xml:space="preserve">□ 기타 대학원에서 정한 </w:t>
      </w:r>
      <w:r w:rsidRPr="00AB6EB4">
        <w:rPr>
          <w:b/>
          <w:bCs/>
          <w:lang w:eastAsia="ko-KR"/>
        </w:rPr>
        <w:t>졸업 및 학위 수여요건</w:t>
      </w:r>
      <w:r>
        <w:rPr>
          <w:lang w:eastAsia="ko-KR"/>
        </w:rPr>
        <w:t>을 충족하였거나 충족 예정</w:t>
      </w:r>
      <w:r w:rsidR="00804F79">
        <w:rPr>
          <w:rFonts w:hint="eastAsia"/>
          <w:lang w:eastAsia="ko-KR"/>
        </w:rPr>
        <w:t>입니다.</w:t>
      </w:r>
      <w:r w:rsidR="00804F79">
        <w:rPr>
          <w:lang w:eastAsia="ko-KR"/>
        </w:rPr>
        <w:t xml:space="preserve"> </w:t>
      </w:r>
    </w:p>
    <w:p w14:paraId="57BCAC14" w14:textId="12468C41" w:rsidR="009175B2" w:rsidRPr="00804F79" w:rsidRDefault="00DD6F15">
      <w:pPr>
        <w:spacing w:before="40" w:after="40"/>
        <w:ind w:left="113"/>
        <w:rPr>
          <w:b/>
          <w:lang w:eastAsia="ko-KR"/>
        </w:rPr>
      </w:pPr>
      <w:r w:rsidRPr="00804F79">
        <w:rPr>
          <w:b/>
          <w:lang w:eastAsia="ko-KR"/>
        </w:rPr>
        <w:t xml:space="preserve">3. </w:t>
      </w:r>
      <w:r w:rsidR="00804F79" w:rsidRPr="00804F79">
        <w:rPr>
          <w:b/>
          <w:lang w:eastAsia="ko-KR"/>
        </w:rPr>
        <w:t xml:space="preserve">공학계열 </w:t>
      </w:r>
      <w:r w:rsidRPr="00804F79">
        <w:rPr>
          <w:b/>
          <w:lang w:eastAsia="ko-KR"/>
        </w:rPr>
        <w:t>이수 및 이수 예정 교과목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30"/>
        <w:gridCol w:w="1070"/>
        <w:gridCol w:w="3506"/>
        <w:gridCol w:w="1093"/>
      </w:tblGrid>
      <w:tr w:rsidR="009175B2" w14:paraId="7DFC4254" w14:textId="77777777" w:rsidTr="00DD6F15">
        <w:trPr>
          <w:cantSplit/>
          <w:trHeight w:val="163"/>
          <w:tblHeader/>
          <w:jc w:val="center"/>
        </w:trPr>
        <w:tc>
          <w:tcPr>
            <w:tcW w:w="3530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225F97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교과목명</w:t>
            </w:r>
          </w:p>
        </w:tc>
        <w:tc>
          <w:tcPr>
            <w:tcW w:w="1070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BA2C60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이수구분</w:t>
            </w:r>
          </w:p>
        </w:tc>
        <w:tc>
          <w:tcPr>
            <w:tcW w:w="3506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4536EA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교과목명</w:t>
            </w:r>
          </w:p>
        </w:tc>
        <w:tc>
          <w:tcPr>
            <w:tcW w:w="10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589941" w14:textId="77777777" w:rsidR="009175B2" w:rsidRDefault="00DD6F15">
            <w:pPr>
              <w:jc w:val="center"/>
            </w:pPr>
            <w:r>
              <w:rPr>
                <w:b/>
                <w:sz w:val="18"/>
              </w:rPr>
              <w:t>이수구분</w:t>
            </w:r>
          </w:p>
        </w:tc>
      </w:tr>
      <w:tr w:rsidR="009175B2" w14:paraId="768B3D7A" w14:textId="77777777" w:rsidTr="00DD6F15">
        <w:trPr>
          <w:cantSplit/>
          <w:trHeight w:val="208"/>
          <w:jc w:val="center"/>
        </w:trPr>
        <w:tc>
          <w:tcPr>
            <w:tcW w:w="35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898A0C" w14:textId="3DC624D8" w:rsidR="009175B2" w:rsidRPr="00B20348" w:rsidRDefault="00214B8C" w:rsidP="00B20348">
            <w:pPr>
              <w:jc w:val="center"/>
              <w:rPr>
                <w:color w:val="808080" w:themeColor="background1" w:themeShade="80"/>
                <w:sz w:val="16"/>
                <w:szCs w:val="18"/>
                <w:lang w:eastAsia="ko-KR"/>
              </w:rPr>
            </w:pPr>
            <w:r w:rsidRPr="00B20348">
              <w:rPr>
                <w:rFonts w:hint="eastAsia"/>
                <w:color w:val="808080" w:themeColor="background1" w:themeShade="80"/>
                <w:sz w:val="16"/>
                <w:szCs w:val="18"/>
                <w:lang w:eastAsia="ko-KR"/>
              </w:rPr>
              <w:t>예</w:t>
            </w:r>
            <w:r w:rsidRPr="00B20348">
              <w:rPr>
                <w:color w:val="808080" w:themeColor="background1" w:themeShade="80"/>
                <w:sz w:val="16"/>
                <w:szCs w:val="18"/>
                <w:lang w:eastAsia="ko-KR"/>
              </w:rPr>
              <w:t xml:space="preserve">) </w:t>
            </w:r>
            <w:r w:rsidRPr="00B20348">
              <w:rPr>
                <w:rFonts w:hint="eastAsia"/>
                <w:color w:val="808080" w:themeColor="background1" w:themeShade="80"/>
                <w:sz w:val="16"/>
                <w:szCs w:val="18"/>
                <w:lang w:eastAsia="ko-KR"/>
              </w:rPr>
              <w:t>인간-로봇 상호작용</w:t>
            </w:r>
          </w:p>
        </w:tc>
        <w:tc>
          <w:tcPr>
            <w:tcW w:w="107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81E02D" w14:textId="55DF9CF9" w:rsidR="009175B2" w:rsidRPr="00B20348" w:rsidRDefault="00214B8C">
            <w:pPr>
              <w:jc w:val="center"/>
              <w:rPr>
                <w:color w:val="808080" w:themeColor="background1" w:themeShade="80"/>
                <w:sz w:val="16"/>
                <w:szCs w:val="18"/>
              </w:rPr>
            </w:pPr>
            <w:r w:rsidRPr="00B20348">
              <w:rPr>
                <w:rFonts w:hint="eastAsia"/>
                <w:color w:val="808080" w:themeColor="background1" w:themeShade="80"/>
                <w:sz w:val="16"/>
                <w:szCs w:val="18"/>
                <w:lang w:eastAsia="ko-KR"/>
              </w:rPr>
              <w:t>이수</w:t>
            </w:r>
          </w:p>
        </w:tc>
        <w:tc>
          <w:tcPr>
            <w:tcW w:w="350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81F4D1" w14:textId="77777777" w:rsidR="009175B2" w:rsidRDefault="009175B2">
            <w:pPr>
              <w:jc w:val="center"/>
            </w:pPr>
          </w:p>
        </w:tc>
        <w:tc>
          <w:tcPr>
            <w:tcW w:w="109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99C0EF" w14:textId="77777777" w:rsidR="009175B2" w:rsidRDefault="009175B2">
            <w:pPr>
              <w:jc w:val="center"/>
            </w:pPr>
          </w:p>
        </w:tc>
      </w:tr>
      <w:tr w:rsidR="00804F79" w14:paraId="6FA0F9C3" w14:textId="77777777" w:rsidTr="00DD6F15">
        <w:trPr>
          <w:cantSplit/>
          <w:trHeight w:val="208"/>
          <w:jc w:val="center"/>
        </w:trPr>
        <w:tc>
          <w:tcPr>
            <w:tcW w:w="35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CE7CB6" w14:textId="2EA5F5C1" w:rsidR="00804F79" w:rsidRPr="00B20348" w:rsidRDefault="00214B8C" w:rsidP="00B20348">
            <w:pPr>
              <w:jc w:val="center"/>
              <w:rPr>
                <w:color w:val="808080" w:themeColor="background1" w:themeShade="80"/>
                <w:sz w:val="16"/>
                <w:szCs w:val="18"/>
                <w:lang w:eastAsia="ko-KR"/>
              </w:rPr>
            </w:pPr>
            <w:r w:rsidRPr="00B20348">
              <w:rPr>
                <w:rFonts w:hint="eastAsia"/>
                <w:color w:val="808080" w:themeColor="background1" w:themeShade="80"/>
                <w:sz w:val="16"/>
                <w:szCs w:val="18"/>
                <w:lang w:eastAsia="ko-KR"/>
              </w:rPr>
              <w:t>예)</w:t>
            </w:r>
            <w:r w:rsidR="00B20348" w:rsidRPr="00B20348">
              <w:rPr>
                <w:color w:val="808080" w:themeColor="background1" w:themeShade="80"/>
                <w:sz w:val="16"/>
                <w:szCs w:val="18"/>
                <w:lang w:eastAsia="ko-KR"/>
              </w:rPr>
              <w:t xml:space="preserve"> </w:t>
            </w:r>
            <w:r w:rsidRPr="00B20348">
              <w:rPr>
                <w:color w:val="808080" w:themeColor="background1" w:themeShade="80"/>
                <w:sz w:val="16"/>
                <w:szCs w:val="18"/>
                <w:lang w:eastAsia="ko-KR"/>
              </w:rPr>
              <w:t>AI</w:t>
            </w:r>
            <w:r w:rsidRPr="00B20348">
              <w:rPr>
                <w:rFonts w:hint="eastAsia"/>
                <w:color w:val="808080" w:themeColor="background1" w:themeShade="80"/>
                <w:sz w:val="16"/>
                <w:szCs w:val="18"/>
                <w:lang w:eastAsia="ko-KR"/>
              </w:rPr>
              <w:t>기반 첨단산업 비즈니스의사결정</w:t>
            </w:r>
          </w:p>
        </w:tc>
        <w:tc>
          <w:tcPr>
            <w:tcW w:w="107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933B9E" w14:textId="32CE3617" w:rsidR="00804F79" w:rsidRPr="00B20348" w:rsidRDefault="00214B8C">
            <w:pPr>
              <w:jc w:val="center"/>
              <w:rPr>
                <w:color w:val="808080" w:themeColor="background1" w:themeShade="80"/>
                <w:sz w:val="16"/>
                <w:szCs w:val="18"/>
              </w:rPr>
            </w:pPr>
            <w:r w:rsidRPr="00B20348">
              <w:rPr>
                <w:rFonts w:hint="eastAsia"/>
                <w:color w:val="808080" w:themeColor="background1" w:themeShade="80"/>
                <w:sz w:val="16"/>
                <w:szCs w:val="18"/>
                <w:lang w:eastAsia="ko-KR"/>
              </w:rPr>
              <w:t>이수예정</w:t>
            </w:r>
          </w:p>
        </w:tc>
        <w:tc>
          <w:tcPr>
            <w:tcW w:w="350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62ECA6" w14:textId="77777777" w:rsidR="00804F79" w:rsidRDefault="00804F79">
            <w:pPr>
              <w:jc w:val="center"/>
            </w:pPr>
          </w:p>
        </w:tc>
        <w:tc>
          <w:tcPr>
            <w:tcW w:w="109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1D6463" w14:textId="77777777" w:rsidR="00804F79" w:rsidRDefault="00804F79">
            <w:pPr>
              <w:jc w:val="center"/>
            </w:pPr>
          </w:p>
        </w:tc>
      </w:tr>
      <w:tr w:rsidR="009175B2" w14:paraId="22C103C0" w14:textId="77777777" w:rsidTr="00DD6F15">
        <w:trPr>
          <w:cantSplit/>
          <w:trHeight w:val="208"/>
          <w:jc w:val="center"/>
        </w:trPr>
        <w:tc>
          <w:tcPr>
            <w:tcW w:w="35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C27B69" w14:textId="77777777" w:rsidR="009175B2" w:rsidRDefault="009175B2">
            <w:pPr>
              <w:jc w:val="center"/>
            </w:pPr>
          </w:p>
        </w:tc>
        <w:tc>
          <w:tcPr>
            <w:tcW w:w="107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05625A" w14:textId="77777777" w:rsidR="009175B2" w:rsidRDefault="009175B2">
            <w:pPr>
              <w:jc w:val="center"/>
            </w:pPr>
          </w:p>
        </w:tc>
        <w:tc>
          <w:tcPr>
            <w:tcW w:w="350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9B1686" w14:textId="77777777" w:rsidR="009175B2" w:rsidRDefault="009175B2">
            <w:pPr>
              <w:jc w:val="center"/>
            </w:pPr>
          </w:p>
        </w:tc>
        <w:tc>
          <w:tcPr>
            <w:tcW w:w="109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BBE805" w14:textId="77777777" w:rsidR="009175B2" w:rsidRDefault="009175B2">
            <w:pPr>
              <w:jc w:val="center"/>
            </w:pPr>
          </w:p>
        </w:tc>
      </w:tr>
    </w:tbl>
    <w:p w14:paraId="61B9A102" w14:textId="77777777" w:rsidR="009175B2" w:rsidRPr="00DD6F15" w:rsidRDefault="009175B2">
      <w:pPr>
        <w:spacing w:before="100" w:after="60"/>
        <w:rPr>
          <w:sz w:val="8"/>
          <w:szCs w:val="10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9211"/>
      </w:tblGrid>
      <w:tr w:rsidR="009175B2" w14:paraId="4AE443EC" w14:textId="77777777" w:rsidTr="00DD6F15">
        <w:trPr>
          <w:cantSplit/>
          <w:trHeight w:val="352"/>
          <w:jc w:val="center"/>
        </w:trPr>
        <w:tc>
          <w:tcPr>
            <w:tcW w:w="9211" w:type="dxa"/>
            <w:tcMar>
              <w:top w:w="120" w:type="dxa"/>
              <w:left w:w="160" w:type="dxa"/>
              <w:bottom w:w="120" w:type="dxa"/>
              <w:right w:w="160" w:type="dxa"/>
            </w:tcMar>
            <w:vAlign w:val="center"/>
          </w:tcPr>
          <w:p w14:paraId="2962B5C6" w14:textId="702E8CEC" w:rsidR="009175B2" w:rsidRPr="00804F79" w:rsidRDefault="00804F79" w:rsidP="00804F79">
            <w:pPr>
              <w:jc w:val="both"/>
              <w:rPr>
                <w:b/>
                <w:bCs/>
                <w:lang w:eastAsia="ko-KR"/>
              </w:rPr>
            </w:pPr>
            <w:r w:rsidRPr="00DD6F15">
              <w:rPr>
                <w:sz w:val="18"/>
                <w:szCs w:val="20"/>
                <w:lang w:eastAsia="ko-KR"/>
              </w:rPr>
              <w:t>본인은 위 기재사항이 사실과 다름없음을 확인하며, 기술경영전문대학원에서 정한 졸업요건 및 공학계열 학위 수여요건을 충분히 숙지한 후 본 신청서를 제출합니다. 또한 학위 수여요건을 충족하지 못할 경우 해당 학위가 수여되지 않을 수 있으며, 학위 수여 승인 이후에는 신청 학위의 변경 또는 취소가 불가함을 확인합니다.</w:t>
            </w:r>
          </w:p>
        </w:tc>
      </w:tr>
    </w:tbl>
    <w:p w14:paraId="06ACA02C" w14:textId="77777777" w:rsidR="00DD6F15" w:rsidRPr="00DD6F15" w:rsidRDefault="00DD6F15">
      <w:pPr>
        <w:spacing w:before="100" w:after="40"/>
        <w:jc w:val="center"/>
        <w:rPr>
          <w:sz w:val="8"/>
          <w:szCs w:val="8"/>
          <w:lang w:eastAsia="ko-KR"/>
        </w:rPr>
      </w:pPr>
    </w:p>
    <w:p w14:paraId="320E8A27" w14:textId="5B091662" w:rsidR="009175B2" w:rsidRPr="00DD6F15" w:rsidRDefault="00DD6F15">
      <w:pPr>
        <w:spacing w:before="100" w:after="40"/>
        <w:jc w:val="center"/>
        <w:rPr>
          <w:sz w:val="18"/>
          <w:szCs w:val="18"/>
          <w:lang w:eastAsia="ko-KR"/>
        </w:rPr>
      </w:pPr>
      <w:r w:rsidRPr="00DD6F15">
        <w:rPr>
          <w:sz w:val="18"/>
          <w:szCs w:val="18"/>
          <w:lang w:eastAsia="ko-KR"/>
        </w:rPr>
        <w:t>20       년       월       일</w:t>
      </w:r>
    </w:p>
    <w:p w14:paraId="72D6D6B4" w14:textId="736715E1" w:rsidR="009175B2" w:rsidRPr="00DD6F15" w:rsidRDefault="00DD6F15" w:rsidP="0000490D">
      <w:pPr>
        <w:spacing w:after="60"/>
        <w:ind w:right="510"/>
        <w:jc w:val="right"/>
        <w:rPr>
          <w:bCs/>
          <w:sz w:val="18"/>
          <w:szCs w:val="18"/>
          <w:lang w:eastAsia="ko-KR"/>
        </w:rPr>
      </w:pPr>
      <w:r w:rsidRPr="00DD6F15">
        <w:rPr>
          <w:bCs/>
          <w:sz w:val="18"/>
          <w:szCs w:val="18"/>
          <w:lang w:eastAsia="ko-KR"/>
        </w:rPr>
        <w:t xml:space="preserve">신 청 인 :                 </w:t>
      </w:r>
      <w:r w:rsidR="0000490D">
        <w:rPr>
          <w:bCs/>
          <w:sz w:val="18"/>
          <w:szCs w:val="18"/>
          <w:lang w:eastAsia="ko-KR"/>
        </w:rPr>
        <w:t xml:space="preserve">     </w:t>
      </w:r>
      <w:r w:rsidRPr="00DD6F15">
        <w:rPr>
          <w:bCs/>
          <w:sz w:val="18"/>
          <w:szCs w:val="18"/>
          <w:lang w:eastAsia="ko-KR"/>
        </w:rPr>
        <w:t xml:space="preserve">  (서명 또는 인)</w:t>
      </w:r>
    </w:p>
    <w:p w14:paraId="36F79DBE" w14:textId="05E68B58" w:rsidR="009175B2" w:rsidRPr="00DD6F15" w:rsidRDefault="00DD6F15">
      <w:pPr>
        <w:spacing w:after="80"/>
        <w:ind w:right="510"/>
        <w:jc w:val="right"/>
        <w:rPr>
          <w:bCs/>
          <w:sz w:val="18"/>
          <w:szCs w:val="18"/>
          <w:lang w:eastAsia="ko-KR"/>
        </w:rPr>
      </w:pPr>
      <w:r w:rsidRPr="00DD6F15">
        <w:rPr>
          <w:bCs/>
          <w:sz w:val="18"/>
          <w:szCs w:val="18"/>
          <w:lang w:eastAsia="ko-KR"/>
        </w:rPr>
        <w:t xml:space="preserve">지도교수 :                 </w:t>
      </w:r>
      <w:r w:rsidR="0000490D">
        <w:rPr>
          <w:bCs/>
          <w:sz w:val="18"/>
          <w:szCs w:val="18"/>
          <w:lang w:eastAsia="ko-KR"/>
        </w:rPr>
        <w:t xml:space="preserve">    </w:t>
      </w:r>
      <w:r w:rsidRPr="00DD6F15">
        <w:rPr>
          <w:bCs/>
          <w:sz w:val="18"/>
          <w:szCs w:val="18"/>
          <w:lang w:eastAsia="ko-KR"/>
        </w:rPr>
        <w:t xml:space="preserve">  (서명 또는 인)</w:t>
      </w:r>
    </w:p>
    <w:p w14:paraId="546B60A8" w14:textId="23847694" w:rsidR="009175B2" w:rsidRDefault="00804F79">
      <w:pPr>
        <w:spacing w:before="100" w:after="60"/>
        <w:rPr>
          <w:lang w:eastAsia="ko-KR"/>
        </w:rPr>
      </w:pPr>
      <w:r>
        <w:rPr>
          <w:b/>
          <w:sz w:val="21"/>
          <w:lang w:eastAsia="ko-KR"/>
        </w:rPr>
        <w:t>------------------------------------------------------------------------------------------------------------------</w:t>
      </w:r>
    </w:p>
    <w:tbl>
      <w:tblPr>
        <w:tblStyle w:val="af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2"/>
      </w:tblGrid>
      <w:tr w:rsidR="00804F79" w:rsidRPr="00DD6F15" w14:paraId="4D6F4F65" w14:textId="77777777" w:rsidTr="0000490D">
        <w:trPr>
          <w:cantSplit/>
          <w:trHeight w:val="1928"/>
          <w:jc w:val="center"/>
        </w:trPr>
        <w:tc>
          <w:tcPr>
            <w:tcW w:w="99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76F81C" w14:textId="19191002" w:rsidR="00804F79" w:rsidRPr="00DD6F15" w:rsidRDefault="00804F79" w:rsidP="00804F79">
            <w:pPr>
              <w:jc w:val="center"/>
              <w:rPr>
                <w:b/>
                <w:szCs w:val="19"/>
                <w:lang w:eastAsia="ko-KR"/>
              </w:rPr>
            </w:pPr>
            <w:r w:rsidRPr="00DD6F15">
              <w:rPr>
                <w:b/>
                <w:szCs w:val="19"/>
                <w:lang w:eastAsia="ko-KR"/>
              </w:rPr>
              <w:t>위 학생의 공학계열 학위 수여 신청을 다음과 같이 심의합니다.</w:t>
            </w:r>
          </w:p>
          <w:p w14:paraId="77C22975" w14:textId="1E86A3B3" w:rsidR="00804F79" w:rsidRPr="00DD6F15" w:rsidRDefault="00804F79">
            <w:pPr>
              <w:jc w:val="center"/>
              <w:rPr>
                <w:szCs w:val="19"/>
                <w:lang w:eastAsia="ko-KR"/>
              </w:rPr>
            </w:pPr>
            <w:r w:rsidRPr="00DD6F15">
              <w:rPr>
                <w:szCs w:val="19"/>
                <w:lang w:eastAsia="ko-KR"/>
              </w:rPr>
              <w:t xml:space="preserve">□ 인정 </w:t>
            </w:r>
            <w:r w:rsidR="00DD6F15" w:rsidRPr="00DD6F15">
              <w:rPr>
                <w:szCs w:val="19"/>
                <w:lang w:eastAsia="ko-KR"/>
              </w:rPr>
              <w:t xml:space="preserve">  </w:t>
            </w:r>
            <w:r w:rsidRPr="00DD6F15">
              <w:rPr>
                <w:szCs w:val="19"/>
                <w:lang w:eastAsia="ko-KR"/>
              </w:rPr>
              <w:t>□ 불인정</w:t>
            </w:r>
          </w:p>
          <w:p w14:paraId="03F4996D" w14:textId="77777777" w:rsidR="00804F79" w:rsidRPr="00DD6F15" w:rsidRDefault="00804F79">
            <w:pPr>
              <w:jc w:val="center"/>
              <w:rPr>
                <w:szCs w:val="19"/>
                <w:lang w:eastAsia="ko-KR"/>
              </w:rPr>
            </w:pPr>
          </w:p>
          <w:p w14:paraId="2BED89C9" w14:textId="77777777" w:rsidR="00DD6F15" w:rsidRPr="00DD6F15" w:rsidRDefault="00804F79" w:rsidP="00DD6F15">
            <w:pPr>
              <w:jc w:val="center"/>
              <w:rPr>
                <w:szCs w:val="19"/>
                <w:lang w:eastAsia="ko-KR"/>
              </w:rPr>
            </w:pPr>
            <w:r w:rsidRPr="00DD6F15">
              <w:rPr>
                <w:szCs w:val="19"/>
                <w:lang w:eastAsia="ko-KR"/>
              </w:rPr>
              <w:t>20       년       월       일</w:t>
            </w:r>
          </w:p>
          <w:p w14:paraId="3667F6AE" w14:textId="4A3FA66C" w:rsidR="00804F79" w:rsidRPr="00DD6F15" w:rsidRDefault="00804F79" w:rsidP="0000490D">
            <w:pPr>
              <w:jc w:val="center"/>
              <w:rPr>
                <w:szCs w:val="19"/>
                <w:lang w:eastAsia="ko-KR"/>
              </w:rPr>
            </w:pPr>
            <w:r w:rsidRPr="00DD6F15">
              <w:rPr>
                <w:szCs w:val="19"/>
                <w:lang w:eastAsia="ko-KR"/>
              </w:rPr>
              <w:br/>
            </w:r>
            <w:r w:rsidR="00DD6F15" w:rsidRPr="00DD6F15">
              <w:rPr>
                <w:rFonts w:hint="eastAsia"/>
                <w:b/>
                <w:bCs/>
                <w:szCs w:val="19"/>
                <w:lang w:eastAsia="ko-KR"/>
              </w:rPr>
              <w:t xml:space="preserve"> </w:t>
            </w:r>
            <w:r w:rsidR="00DD6F15" w:rsidRPr="00DD6F15">
              <w:rPr>
                <w:b/>
                <w:bCs/>
                <w:szCs w:val="19"/>
                <w:lang w:eastAsia="ko-KR"/>
              </w:rPr>
              <w:t xml:space="preserve">                                                                  </w:t>
            </w:r>
            <w:r w:rsidR="00AB6EB4">
              <w:rPr>
                <w:rFonts w:hint="eastAsia"/>
                <w:b/>
                <w:bCs/>
                <w:szCs w:val="19"/>
                <w:lang w:eastAsia="ko-KR"/>
              </w:rPr>
              <w:t>졸업</w:t>
            </w:r>
            <w:r w:rsidRPr="00DD6F15">
              <w:rPr>
                <w:b/>
                <w:bCs/>
                <w:szCs w:val="19"/>
                <w:lang w:eastAsia="ko-KR"/>
              </w:rPr>
              <w:t>위원회 위원장 :                        (서명 또는 인)</w:t>
            </w:r>
          </w:p>
        </w:tc>
      </w:tr>
    </w:tbl>
    <w:p w14:paraId="5C5CD184" w14:textId="77777777" w:rsidR="00DD6F15" w:rsidRPr="00DD6F15" w:rsidRDefault="00DD6F15" w:rsidP="0000490D">
      <w:pPr>
        <w:spacing w:before="100" w:after="0"/>
        <w:rPr>
          <w:b/>
          <w:szCs w:val="19"/>
          <w:lang w:eastAsia="ko-KR"/>
        </w:rPr>
      </w:pPr>
    </w:p>
    <w:p w14:paraId="42E9A466" w14:textId="03BA2F39" w:rsidR="00DD6F15" w:rsidRPr="00DD6F15" w:rsidRDefault="00DD6F15" w:rsidP="00DD6F15">
      <w:pPr>
        <w:spacing w:before="100" w:after="0"/>
        <w:jc w:val="center"/>
        <w:rPr>
          <w:b/>
          <w:sz w:val="24"/>
          <w:szCs w:val="24"/>
          <w:lang w:eastAsia="ko-KR"/>
        </w:rPr>
      </w:pPr>
      <w:r w:rsidRPr="00DD6F15">
        <w:rPr>
          <w:b/>
          <w:sz w:val="24"/>
          <w:szCs w:val="24"/>
          <w:lang w:eastAsia="ko-KR"/>
        </w:rPr>
        <w:t>한양대학교 기술경영전문대학원장 귀하</w:t>
      </w:r>
    </w:p>
    <w:sectPr w:rsidR="00DD6F15" w:rsidRPr="00DD6F15" w:rsidSect="00034616">
      <w:pgSz w:w="11906" w:h="16838"/>
      <w:pgMar w:top="737" w:right="964" w:bottom="68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C7E1F" w14:textId="77777777" w:rsidR="00E62C46" w:rsidRDefault="00E62C46" w:rsidP="0000490D">
      <w:pPr>
        <w:spacing w:after="0" w:line="240" w:lineRule="auto"/>
      </w:pPr>
      <w:r>
        <w:separator/>
      </w:r>
    </w:p>
  </w:endnote>
  <w:endnote w:type="continuationSeparator" w:id="0">
    <w:p w14:paraId="0A31F8BF" w14:textId="77777777" w:rsidR="00E62C46" w:rsidRDefault="00E62C46" w:rsidP="00004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582E2" w14:textId="77777777" w:rsidR="00E62C46" w:rsidRDefault="00E62C46" w:rsidP="0000490D">
      <w:pPr>
        <w:spacing w:after="0" w:line="240" w:lineRule="auto"/>
      </w:pPr>
      <w:r>
        <w:separator/>
      </w:r>
    </w:p>
  </w:footnote>
  <w:footnote w:type="continuationSeparator" w:id="0">
    <w:p w14:paraId="119BFBB5" w14:textId="77777777" w:rsidR="00E62C46" w:rsidRDefault="00E62C46" w:rsidP="00004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490D"/>
    <w:rsid w:val="00034616"/>
    <w:rsid w:val="0006063C"/>
    <w:rsid w:val="000A3A82"/>
    <w:rsid w:val="0015074B"/>
    <w:rsid w:val="00214B8C"/>
    <w:rsid w:val="0025685D"/>
    <w:rsid w:val="00277C26"/>
    <w:rsid w:val="0029639D"/>
    <w:rsid w:val="00326F90"/>
    <w:rsid w:val="003F0F70"/>
    <w:rsid w:val="00804F79"/>
    <w:rsid w:val="008D31FE"/>
    <w:rsid w:val="009175B2"/>
    <w:rsid w:val="00925B5D"/>
    <w:rsid w:val="009D4AC0"/>
    <w:rsid w:val="00AA1D8D"/>
    <w:rsid w:val="00AB6EB4"/>
    <w:rsid w:val="00AE761D"/>
    <w:rsid w:val="00B20348"/>
    <w:rsid w:val="00B47730"/>
    <w:rsid w:val="00CB0664"/>
    <w:rsid w:val="00D620A1"/>
    <w:rsid w:val="00DD6F15"/>
    <w:rsid w:val="00E62C4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CB9FE76"/>
  <w14:defaultImageDpi w14:val="300"/>
  <w15:docId w15:val="{0AB787F1-EBEE-4A0E-9F86-36197258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  <w:sz w:val="19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09B29E0-172C-48D1-AAE2-920DEEEA0446}">
  <we:reference id="wa104099688" version="1.3.0.0" store="ko-KR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hy231120@outlook.kr</cp:lastModifiedBy>
  <cp:revision>11</cp:revision>
  <cp:lastPrinted>2026-08-25T05:20:00Z</cp:lastPrinted>
  <dcterms:created xsi:type="dcterms:W3CDTF">2013-12-23T23:15:00Z</dcterms:created>
  <dcterms:modified xsi:type="dcterms:W3CDTF">2026-10-29T01:03:00Z</dcterms:modified>
  <cp:category/>
</cp:coreProperties>
</file>